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10971" w14:textId="632F13B4" w:rsidR="00D4306E" w:rsidRPr="00D4306E" w:rsidRDefault="00D4306E" w:rsidP="00D4306E">
      <w:pPr>
        <w:jc w:val="center"/>
        <w:rPr>
          <w:rFonts w:ascii="Times New Roman" w:hAnsi="Times New Roman" w:cs="Times New Roman"/>
          <w:sz w:val="24"/>
          <w:szCs w:val="24"/>
        </w:rPr>
      </w:pPr>
      <w:r w:rsidRPr="00D4306E">
        <w:rPr>
          <w:rFonts w:ascii="Times New Roman" w:hAnsi="Times New Roman" w:cs="Times New Roman"/>
          <w:sz w:val="24"/>
          <w:szCs w:val="24"/>
        </w:rPr>
        <w:t>The Laborers in the Vineyard</w:t>
      </w:r>
    </w:p>
    <w:p w14:paraId="5E965BBC" w14:textId="4BE1651E" w:rsidR="003D4805" w:rsidRPr="00D4306E" w:rsidRDefault="00000000" w:rsidP="00D4306E">
      <w:pPr>
        <w:jc w:val="center"/>
        <w:rPr>
          <w:rFonts w:ascii="Times New Roman" w:hAnsi="Times New Roman" w:cs="Times New Roman"/>
          <w:sz w:val="24"/>
          <w:szCs w:val="24"/>
        </w:rPr>
      </w:pPr>
      <w:r w:rsidRPr="00D4306E">
        <w:rPr>
          <w:rFonts w:ascii="Times New Roman" w:hAnsi="Times New Roman" w:cs="Times New Roman"/>
          <w:sz w:val="24"/>
          <w:szCs w:val="24"/>
        </w:rPr>
        <w:t>Matthew 20:1–16</w:t>
      </w:r>
    </w:p>
    <w:p w14:paraId="012176E2" w14:textId="087C59C3" w:rsidR="003D4805" w:rsidRPr="00D4306E" w:rsidRDefault="00000000">
      <w:pPr>
        <w:rPr>
          <w:rFonts w:ascii="Times New Roman" w:hAnsi="Times New Roman" w:cs="Times New Roman"/>
          <w:sz w:val="24"/>
          <w:szCs w:val="24"/>
        </w:rPr>
      </w:pPr>
      <w:r w:rsidRPr="00D4306E">
        <w:rPr>
          <w:rFonts w:ascii="Times New Roman" w:hAnsi="Times New Roman" w:cs="Times New Roman"/>
          <w:sz w:val="24"/>
          <w:szCs w:val="24"/>
        </w:rPr>
        <w:t>Jesus tells a story that makes us think about those questions. It starts with a simple agreement between a vineyard owner and some workers. By evening, someone is upset. And honestly, we might understand how they feel.</w:t>
      </w:r>
      <w:r w:rsidR="00D4306E">
        <w:rPr>
          <w:rFonts w:ascii="Times New Roman" w:hAnsi="Times New Roman" w:cs="Times New Roman"/>
          <w:sz w:val="24"/>
          <w:szCs w:val="24"/>
        </w:rPr>
        <w:t xml:space="preserve"> </w:t>
      </w:r>
      <w:r w:rsidRPr="00D4306E">
        <w:rPr>
          <w:rFonts w:ascii="Times New Roman" w:hAnsi="Times New Roman" w:cs="Times New Roman"/>
          <w:sz w:val="24"/>
          <w:szCs w:val="24"/>
        </w:rPr>
        <w:t>This story asks us how we feel when someone gets more than we think they deserve.</w:t>
      </w:r>
      <w:r w:rsidR="00B319A8">
        <w:rPr>
          <w:rFonts w:ascii="Times New Roman" w:hAnsi="Times New Roman" w:cs="Times New Roman"/>
          <w:sz w:val="24"/>
          <w:szCs w:val="24"/>
        </w:rPr>
        <w:t xml:space="preserve"> </w:t>
      </w:r>
      <w:r w:rsidRPr="00D4306E">
        <w:rPr>
          <w:rFonts w:ascii="Times New Roman" w:hAnsi="Times New Roman" w:cs="Times New Roman"/>
          <w:sz w:val="24"/>
          <w:szCs w:val="24"/>
        </w:rPr>
        <w:t>A vineyard owner goes out early in the morning to hire workers. He agrees to pay them one denarius for the day. That was what a worker would usually earn in a day.</w:t>
      </w:r>
    </w:p>
    <w:p w14:paraId="4DD94CD6" w14:textId="40AA93B7" w:rsidR="003D4805" w:rsidRPr="00D4306E" w:rsidRDefault="00000000">
      <w:pPr>
        <w:rPr>
          <w:rFonts w:ascii="Times New Roman" w:hAnsi="Times New Roman" w:cs="Times New Roman"/>
          <w:sz w:val="24"/>
          <w:szCs w:val="24"/>
        </w:rPr>
      </w:pPr>
      <w:r w:rsidRPr="00D4306E">
        <w:rPr>
          <w:rFonts w:ascii="Times New Roman" w:hAnsi="Times New Roman" w:cs="Times New Roman"/>
          <w:sz w:val="24"/>
          <w:szCs w:val="24"/>
        </w:rPr>
        <w:t>But the owner keeps going back to the marketplace. At nine, at noon, and at three, he hires more people.</w:t>
      </w:r>
      <w:r w:rsidR="00D4306E">
        <w:rPr>
          <w:rFonts w:ascii="Times New Roman" w:hAnsi="Times New Roman" w:cs="Times New Roman"/>
          <w:sz w:val="24"/>
          <w:szCs w:val="24"/>
        </w:rPr>
        <w:t xml:space="preserve"> </w:t>
      </w:r>
      <w:r w:rsidRPr="00D4306E">
        <w:rPr>
          <w:rFonts w:ascii="Times New Roman" w:hAnsi="Times New Roman" w:cs="Times New Roman"/>
          <w:sz w:val="24"/>
          <w:szCs w:val="24"/>
        </w:rPr>
        <w:t>Then he goes back around five. The workday is almost over. Some people are still waiting.</w:t>
      </w:r>
      <w:r w:rsidR="00D4306E">
        <w:rPr>
          <w:rFonts w:ascii="Times New Roman" w:hAnsi="Times New Roman" w:cs="Times New Roman"/>
          <w:sz w:val="24"/>
          <w:szCs w:val="24"/>
        </w:rPr>
        <w:t xml:space="preserve"> </w:t>
      </w:r>
      <w:r w:rsidRPr="00D4306E">
        <w:rPr>
          <w:rFonts w:ascii="Times New Roman" w:hAnsi="Times New Roman" w:cs="Times New Roman"/>
          <w:sz w:val="24"/>
          <w:szCs w:val="24"/>
        </w:rPr>
        <w:t>He asks why they haven't been working.</w:t>
      </w:r>
      <w:r w:rsidR="00D4306E">
        <w:rPr>
          <w:rFonts w:ascii="Times New Roman" w:hAnsi="Times New Roman" w:cs="Times New Roman"/>
          <w:sz w:val="24"/>
          <w:szCs w:val="24"/>
        </w:rPr>
        <w:t xml:space="preserve"> </w:t>
      </w:r>
      <w:r w:rsidRPr="00D4306E">
        <w:rPr>
          <w:rFonts w:ascii="Times New Roman" w:hAnsi="Times New Roman" w:cs="Times New Roman"/>
          <w:color w:val="000000" w:themeColor="text1"/>
          <w:sz w:val="24"/>
          <w:szCs w:val="24"/>
          <w:u w:val="single"/>
        </w:rPr>
        <w:t>They tell him, “Because no one has hired us.”</w:t>
      </w:r>
    </w:p>
    <w:p w14:paraId="35307A96" w14:textId="77777777" w:rsidR="00D4306E" w:rsidRDefault="00000000">
      <w:pPr>
        <w:rPr>
          <w:rFonts w:ascii="Times New Roman" w:hAnsi="Times New Roman" w:cs="Times New Roman"/>
          <w:color w:val="000000" w:themeColor="text1"/>
          <w:sz w:val="24"/>
          <w:szCs w:val="24"/>
          <w:u w:val="single"/>
        </w:rPr>
      </w:pPr>
      <w:r w:rsidRPr="00D4306E">
        <w:rPr>
          <w:rFonts w:ascii="Times New Roman" w:hAnsi="Times New Roman" w:cs="Times New Roman"/>
          <w:sz w:val="24"/>
          <w:szCs w:val="24"/>
        </w:rPr>
        <w:t>Let's listen before we judge them. Jesus doesn't say they're lazy. They're ready to work. But no one has hired them.</w:t>
      </w:r>
      <w:r w:rsidR="00D4306E">
        <w:rPr>
          <w:rFonts w:ascii="Times New Roman" w:hAnsi="Times New Roman" w:cs="Times New Roman"/>
          <w:sz w:val="24"/>
          <w:szCs w:val="24"/>
        </w:rPr>
        <w:t xml:space="preserve"> </w:t>
      </w:r>
      <w:r w:rsidRPr="00D4306E">
        <w:rPr>
          <w:rFonts w:ascii="Times New Roman" w:hAnsi="Times New Roman" w:cs="Times New Roman"/>
          <w:sz w:val="24"/>
          <w:szCs w:val="24"/>
        </w:rPr>
        <w:t>We don't know why. And when we don't know someone's story, it's easy to guess.</w:t>
      </w:r>
      <w:r w:rsidR="00D4306E">
        <w:rPr>
          <w:rFonts w:ascii="Times New Roman" w:hAnsi="Times New Roman" w:cs="Times New Roman"/>
          <w:sz w:val="24"/>
          <w:szCs w:val="24"/>
        </w:rPr>
        <w:t xml:space="preserve"> </w:t>
      </w:r>
      <w:r w:rsidR="00093732" w:rsidRPr="00D4306E">
        <w:rPr>
          <w:rFonts w:ascii="Times New Roman" w:hAnsi="Times New Roman" w:cs="Times New Roman"/>
          <w:color w:val="000000" w:themeColor="text1"/>
          <w:sz w:val="24"/>
          <w:szCs w:val="24"/>
          <w:u w:val="single"/>
        </w:rPr>
        <w:t>People can work very hard and still struggle with poverty</w:t>
      </w:r>
      <w:r w:rsidR="00D4306E">
        <w:rPr>
          <w:rFonts w:ascii="Times New Roman" w:hAnsi="Times New Roman" w:cs="Times New Roman"/>
          <w:color w:val="000000" w:themeColor="text1"/>
          <w:sz w:val="24"/>
          <w:szCs w:val="24"/>
          <w:u w:val="single"/>
        </w:rPr>
        <w:t xml:space="preserve">. </w:t>
      </w:r>
    </w:p>
    <w:p w14:paraId="135C9366" w14:textId="56542B24" w:rsidR="003D4805" w:rsidRPr="00D4306E" w:rsidRDefault="00000000">
      <w:pPr>
        <w:rPr>
          <w:rFonts w:ascii="Times New Roman" w:hAnsi="Times New Roman" w:cs="Times New Roman"/>
          <w:color w:val="000000" w:themeColor="text1"/>
          <w:sz w:val="24"/>
          <w:szCs w:val="24"/>
          <w:u w:val="single"/>
        </w:rPr>
      </w:pPr>
      <w:r w:rsidRPr="00D4306E">
        <w:rPr>
          <w:rFonts w:ascii="Times New Roman" w:hAnsi="Times New Roman" w:cs="Times New Roman"/>
          <w:sz w:val="24"/>
          <w:szCs w:val="24"/>
        </w:rPr>
        <w:t>Their poverty wasn't simply a matter of effort. Low wages and limited opportunities kept them struggling. In places where good jobs, education, and support are hard to find, people can work very hard and still struggle to get out of poverty.</w:t>
      </w:r>
      <w:r w:rsidR="00D4306E">
        <w:rPr>
          <w:rFonts w:ascii="Times New Roman" w:hAnsi="Times New Roman" w:cs="Times New Roman"/>
          <w:color w:val="000000" w:themeColor="text1"/>
          <w:sz w:val="24"/>
          <w:szCs w:val="24"/>
          <w:u w:val="single"/>
        </w:rPr>
        <w:t xml:space="preserve"> </w:t>
      </w:r>
      <w:r w:rsidRPr="00D4306E">
        <w:rPr>
          <w:rFonts w:ascii="Times New Roman" w:hAnsi="Times New Roman" w:cs="Times New Roman"/>
          <w:sz w:val="24"/>
          <w:szCs w:val="24"/>
        </w:rPr>
        <w:t>I thought the United States offered more chances. Surely, here, people could get ahead if they worked hard enough.</w:t>
      </w:r>
    </w:p>
    <w:p w14:paraId="61D35E66" w14:textId="30745D60" w:rsidR="003D4805" w:rsidRPr="00D4306E" w:rsidRDefault="00000000">
      <w:pPr>
        <w:rPr>
          <w:rFonts w:ascii="Times New Roman" w:hAnsi="Times New Roman" w:cs="Times New Roman"/>
          <w:sz w:val="24"/>
          <w:szCs w:val="24"/>
        </w:rPr>
      </w:pPr>
      <w:r w:rsidRPr="00D4306E">
        <w:rPr>
          <w:rFonts w:ascii="Times New Roman" w:hAnsi="Times New Roman" w:cs="Times New Roman"/>
          <w:sz w:val="24"/>
          <w:szCs w:val="24"/>
        </w:rPr>
        <w:t>But when I attended a poverty simulation seminar, that assumption was challenged.</w:t>
      </w:r>
      <w:r w:rsidR="00D4306E">
        <w:rPr>
          <w:rFonts w:ascii="Times New Roman" w:hAnsi="Times New Roman" w:cs="Times New Roman"/>
          <w:sz w:val="24"/>
          <w:szCs w:val="24"/>
        </w:rPr>
        <w:t xml:space="preserve"> </w:t>
      </w:r>
      <w:r w:rsidRPr="00D4306E">
        <w:rPr>
          <w:rFonts w:ascii="Times New Roman" w:hAnsi="Times New Roman" w:cs="Times New Roman"/>
          <w:sz w:val="24"/>
          <w:szCs w:val="24"/>
        </w:rPr>
        <w:t>Having opportunities doesn't mean everyone can reach them. Here, too, a family can work hard and still struggle with rent, transportation, and childcare.</w:t>
      </w:r>
      <w:r w:rsidR="00D4306E">
        <w:rPr>
          <w:rFonts w:ascii="Times New Roman" w:hAnsi="Times New Roman" w:cs="Times New Roman"/>
          <w:sz w:val="24"/>
          <w:szCs w:val="24"/>
        </w:rPr>
        <w:t xml:space="preserve"> </w:t>
      </w:r>
      <w:r w:rsidRPr="00D4306E">
        <w:rPr>
          <w:rFonts w:ascii="Times New Roman" w:hAnsi="Times New Roman" w:cs="Times New Roman"/>
          <w:sz w:val="24"/>
          <w:szCs w:val="24"/>
        </w:rPr>
        <w:t>Think about a parent who needs a job but can't afford childcare. Or someone who needs a car to get to work but needs a paycheck to repair the car. One problem makes the next problem harder.</w:t>
      </w:r>
      <w:r w:rsidR="00D4306E">
        <w:rPr>
          <w:rFonts w:ascii="Times New Roman" w:hAnsi="Times New Roman" w:cs="Times New Roman"/>
          <w:sz w:val="24"/>
          <w:szCs w:val="24"/>
        </w:rPr>
        <w:t xml:space="preserve"> </w:t>
      </w:r>
      <w:r w:rsidRPr="00D4306E">
        <w:rPr>
          <w:rFonts w:ascii="Times New Roman" w:hAnsi="Times New Roman" w:cs="Times New Roman"/>
          <w:sz w:val="24"/>
          <w:szCs w:val="24"/>
        </w:rPr>
        <w:t>When you're worried about food today or rent tomorrow, planning years ahead can be difficult. We need to understand the pressure people live under and the barriers they face.</w:t>
      </w:r>
    </w:p>
    <w:p w14:paraId="2F6535C8" w14:textId="7123DF09" w:rsidR="003D4805" w:rsidRPr="00D4306E" w:rsidRDefault="00000000">
      <w:pPr>
        <w:rPr>
          <w:rFonts w:ascii="Times New Roman" w:hAnsi="Times New Roman" w:cs="Times New Roman"/>
          <w:color w:val="000000" w:themeColor="text1"/>
          <w:sz w:val="24"/>
          <w:szCs w:val="24"/>
          <w:u w:val="single"/>
        </w:rPr>
      </w:pPr>
      <w:r w:rsidRPr="00D4306E">
        <w:rPr>
          <w:rFonts w:ascii="Times New Roman" w:hAnsi="Times New Roman" w:cs="Times New Roman"/>
          <w:sz w:val="24"/>
          <w:szCs w:val="24"/>
        </w:rPr>
        <w:t>The owner goes back and offers them work, even at five o'clock.</w:t>
      </w:r>
      <w:r w:rsidR="00D4306E">
        <w:rPr>
          <w:rFonts w:ascii="Times New Roman" w:hAnsi="Times New Roman" w:cs="Times New Roman"/>
          <w:sz w:val="24"/>
          <w:szCs w:val="24"/>
        </w:rPr>
        <w:t xml:space="preserve"> </w:t>
      </w:r>
      <w:r w:rsidRPr="00D4306E">
        <w:rPr>
          <w:rFonts w:ascii="Times New Roman" w:hAnsi="Times New Roman" w:cs="Times New Roman"/>
          <w:sz w:val="24"/>
          <w:szCs w:val="24"/>
        </w:rPr>
        <w:t>I love that he keeps going back. He already has workers. But he hasn't forgotten the people outside.</w:t>
      </w:r>
      <w:r w:rsidR="00D4306E">
        <w:rPr>
          <w:rFonts w:ascii="Times New Roman" w:hAnsi="Times New Roman" w:cs="Times New Roman"/>
          <w:sz w:val="24"/>
          <w:szCs w:val="24"/>
        </w:rPr>
        <w:t xml:space="preserve"> </w:t>
      </w:r>
      <w:r w:rsidRPr="00D4306E">
        <w:rPr>
          <w:rFonts w:ascii="Times New Roman" w:hAnsi="Times New Roman" w:cs="Times New Roman"/>
          <w:sz w:val="24"/>
          <w:szCs w:val="24"/>
        </w:rPr>
        <w:t>If this owner shows us something about God's heart, then God cares about those people, too.</w:t>
      </w:r>
      <w:r w:rsidR="00D4306E">
        <w:rPr>
          <w:rFonts w:ascii="Times New Roman" w:hAnsi="Times New Roman" w:cs="Times New Roman"/>
          <w:sz w:val="24"/>
          <w:szCs w:val="24"/>
        </w:rPr>
        <w:t xml:space="preserve"> </w:t>
      </w:r>
      <w:proofErr w:type="gramStart"/>
      <w:r w:rsidRPr="00D4306E">
        <w:rPr>
          <w:rFonts w:ascii="Times New Roman" w:hAnsi="Times New Roman" w:cs="Times New Roman"/>
          <w:sz w:val="24"/>
          <w:szCs w:val="24"/>
        </w:rPr>
        <w:t>So</w:t>
      </w:r>
      <w:proofErr w:type="gramEnd"/>
      <w:r w:rsidRPr="00D4306E">
        <w:rPr>
          <w:rFonts w:ascii="Times New Roman" w:hAnsi="Times New Roman" w:cs="Times New Roman"/>
          <w:sz w:val="24"/>
          <w:szCs w:val="24"/>
        </w:rPr>
        <w:t xml:space="preserve"> here's a question for our church: </w:t>
      </w:r>
      <w:r w:rsidRPr="00D4306E">
        <w:rPr>
          <w:rFonts w:ascii="Times New Roman" w:hAnsi="Times New Roman" w:cs="Times New Roman"/>
          <w:color w:val="000000" w:themeColor="text1"/>
          <w:sz w:val="24"/>
          <w:szCs w:val="24"/>
          <w:u w:val="single"/>
        </w:rPr>
        <w:t>Who is still waiting for someone to notice them?</w:t>
      </w:r>
      <w:r w:rsidR="00D4306E">
        <w:rPr>
          <w:rFonts w:ascii="Times New Roman" w:hAnsi="Times New Roman" w:cs="Times New Roman"/>
          <w:color w:val="000000" w:themeColor="text1"/>
          <w:sz w:val="24"/>
          <w:szCs w:val="24"/>
          <w:u w:val="single"/>
        </w:rPr>
        <w:t xml:space="preserve"> </w:t>
      </w:r>
      <w:r w:rsidRPr="00D4306E">
        <w:rPr>
          <w:rFonts w:ascii="Times New Roman" w:hAnsi="Times New Roman" w:cs="Times New Roman"/>
          <w:sz w:val="24"/>
          <w:szCs w:val="24"/>
        </w:rPr>
        <w:t>When we invite someone to join us, we help them feel that they belong.</w:t>
      </w:r>
    </w:p>
    <w:p w14:paraId="243F92F0" w14:textId="64D021FB" w:rsidR="003D4805" w:rsidRPr="00D4306E" w:rsidRDefault="00000000">
      <w:pPr>
        <w:rPr>
          <w:rFonts w:ascii="Times New Roman" w:hAnsi="Times New Roman" w:cs="Times New Roman"/>
          <w:sz w:val="24"/>
          <w:szCs w:val="24"/>
        </w:rPr>
      </w:pPr>
      <w:r w:rsidRPr="00D4306E">
        <w:rPr>
          <w:rFonts w:ascii="Times New Roman" w:hAnsi="Times New Roman" w:cs="Times New Roman"/>
          <w:sz w:val="24"/>
          <w:szCs w:val="24"/>
        </w:rPr>
        <w:t>Now comes the biggest surprise.</w:t>
      </w:r>
      <w:r w:rsidR="00D4306E">
        <w:rPr>
          <w:rFonts w:ascii="Times New Roman" w:hAnsi="Times New Roman" w:cs="Times New Roman"/>
          <w:sz w:val="24"/>
          <w:szCs w:val="24"/>
        </w:rPr>
        <w:t xml:space="preserve"> </w:t>
      </w:r>
      <w:r w:rsidRPr="00D4306E">
        <w:rPr>
          <w:rFonts w:ascii="Times New Roman" w:hAnsi="Times New Roman" w:cs="Times New Roman"/>
          <w:sz w:val="24"/>
          <w:szCs w:val="24"/>
        </w:rPr>
        <w:t>The workday ends. The owner tells his manager to pay the last workers first. The people hired at five get a whole denarius. A full day's pay.</w:t>
      </w:r>
      <w:r w:rsidR="00D4306E">
        <w:rPr>
          <w:rFonts w:ascii="Times New Roman" w:hAnsi="Times New Roman" w:cs="Times New Roman"/>
          <w:sz w:val="24"/>
          <w:szCs w:val="24"/>
        </w:rPr>
        <w:t xml:space="preserve"> </w:t>
      </w:r>
      <w:r w:rsidRPr="00D4306E">
        <w:rPr>
          <w:rFonts w:ascii="Times New Roman" w:hAnsi="Times New Roman" w:cs="Times New Roman"/>
          <w:sz w:val="24"/>
          <w:szCs w:val="24"/>
        </w:rPr>
        <w:t>Imagine how they feel. They look at the coin, then at the manager. “Is this really for me?”</w:t>
      </w:r>
    </w:p>
    <w:p w14:paraId="7846E772" w14:textId="120980F8" w:rsidR="003D4805" w:rsidRPr="00D4306E" w:rsidRDefault="00000000">
      <w:pPr>
        <w:rPr>
          <w:rFonts w:ascii="Times New Roman" w:hAnsi="Times New Roman" w:cs="Times New Roman"/>
          <w:sz w:val="24"/>
          <w:szCs w:val="24"/>
        </w:rPr>
      </w:pPr>
      <w:r w:rsidRPr="00D4306E">
        <w:rPr>
          <w:rFonts w:ascii="Times New Roman" w:hAnsi="Times New Roman" w:cs="Times New Roman"/>
          <w:sz w:val="24"/>
          <w:szCs w:val="24"/>
        </w:rPr>
        <w:t>The early workers are watching. If those people get that much for one hour, how much will they get for a whole day?</w:t>
      </w:r>
      <w:r w:rsidR="00D4306E">
        <w:rPr>
          <w:rFonts w:ascii="Times New Roman" w:hAnsi="Times New Roman" w:cs="Times New Roman"/>
          <w:sz w:val="24"/>
          <w:szCs w:val="24"/>
        </w:rPr>
        <w:t xml:space="preserve"> </w:t>
      </w:r>
      <w:r w:rsidRPr="00D4306E">
        <w:rPr>
          <w:rFonts w:ascii="Times New Roman" w:hAnsi="Times New Roman" w:cs="Times New Roman"/>
          <w:sz w:val="24"/>
          <w:szCs w:val="24"/>
        </w:rPr>
        <w:t>But they get exactly what the owner promised that morning.</w:t>
      </w:r>
      <w:r w:rsidR="00D4306E">
        <w:rPr>
          <w:rFonts w:ascii="Times New Roman" w:hAnsi="Times New Roman" w:cs="Times New Roman"/>
          <w:sz w:val="24"/>
          <w:szCs w:val="24"/>
        </w:rPr>
        <w:t xml:space="preserve"> </w:t>
      </w:r>
      <w:r w:rsidRPr="00D4306E">
        <w:rPr>
          <w:rFonts w:ascii="Times New Roman" w:hAnsi="Times New Roman" w:cs="Times New Roman"/>
          <w:sz w:val="24"/>
          <w:szCs w:val="24"/>
        </w:rPr>
        <w:t>And they complain.</w:t>
      </w:r>
      <w:r w:rsidR="00D4306E">
        <w:rPr>
          <w:rFonts w:ascii="Times New Roman" w:hAnsi="Times New Roman" w:cs="Times New Roman"/>
          <w:sz w:val="24"/>
          <w:szCs w:val="24"/>
        </w:rPr>
        <w:t xml:space="preserve"> </w:t>
      </w:r>
      <w:r w:rsidRPr="00D4306E">
        <w:rPr>
          <w:rFonts w:ascii="Times New Roman" w:hAnsi="Times New Roman" w:cs="Times New Roman"/>
          <w:sz w:val="24"/>
          <w:szCs w:val="24"/>
        </w:rPr>
        <w:t>The owner reminds them that he paid what he promised. Then he asks</w:t>
      </w:r>
      <w:r w:rsidRPr="00D4306E">
        <w:rPr>
          <w:rFonts w:ascii="Times New Roman" w:hAnsi="Times New Roman" w:cs="Times New Roman"/>
          <w:color w:val="000000" w:themeColor="text1"/>
          <w:sz w:val="24"/>
          <w:szCs w:val="24"/>
          <w:u w:val="single"/>
        </w:rPr>
        <w:t>:</w:t>
      </w:r>
      <w:r w:rsidR="00D4306E" w:rsidRPr="00D4306E">
        <w:rPr>
          <w:rFonts w:ascii="Times New Roman" w:hAnsi="Times New Roman" w:cs="Times New Roman"/>
          <w:color w:val="000000" w:themeColor="text1"/>
          <w:sz w:val="24"/>
          <w:szCs w:val="24"/>
          <w:u w:val="single"/>
        </w:rPr>
        <w:t xml:space="preserve"> </w:t>
      </w:r>
      <w:r w:rsidRPr="00D4306E">
        <w:rPr>
          <w:rFonts w:ascii="Times New Roman" w:hAnsi="Times New Roman" w:cs="Times New Roman"/>
          <w:color w:val="000000" w:themeColor="text1"/>
          <w:sz w:val="24"/>
          <w:szCs w:val="24"/>
          <w:u w:val="single"/>
        </w:rPr>
        <w:t>“Or are you envious because I am generous?”</w:t>
      </w:r>
      <w:r w:rsidR="00B319A8">
        <w:rPr>
          <w:rFonts w:ascii="Times New Roman" w:hAnsi="Times New Roman" w:cs="Times New Roman"/>
          <w:sz w:val="24"/>
          <w:szCs w:val="24"/>
        </w:rPr>
        <w:t xml:space="preserve"> </w:t>
      </w:r>
      <w:r w:rsidRPr="00D4306E">
        <w:rPr>
          <w:rFonts w:ascii="Times New Roman" w:hAnsi="Times New Roman" w:cs="Times New Roman"/>
          <w:sz w:val="24"/>
          <w:szCs w:val="24"/>
        </w:rPr>
        <w:t>He hasn't taken anything away from them. But when they see what someone else gets, their own pay does</w:t>
      </w:r>
      <w:r w:rsidR="00B319A8">
        <w:rPr>
          <w:rFonts w:ascii="Times New Roman" w:hAnsi="Times New Roman" w:cs="Times New Roman"/>
          <w:sz w:val="24"/>
          <w:szCs w:val="24"/>
        </w:rPr>
        <w:t xml:space="preserve"> </w:t>
      </w:r>
      <w:r w:rsidR="00B319A8" w:rsidRPr="00D4306E">
        <w:rPr>
          <w:rFonts w:ascii="Times New Roman" w:hAnsi="Times New Roman" w:cs="Times New Roman"/>
          <w:sz w:val="24"/>
          <w:szCs w:val="24"/>
        </w:rPr>
        <w:t>not</w:t>
      </w:r>
      <w:r w:rsidRPr="00D4306E">
        <w:rPr>
          <w:rFonts w:ascii="Times New Roman" w:hAnsi="Times New Roman" w:cs="Times New Roman"/>
          <w:sz w:val="24"/>
          <w:szCs w:val="24"/>
        </w:rPr>
        <w:t xml:space="preserve"> look so good anymore.</w:t>
      </w:r>
    </w:p>
    <w:p w14:paraId="347ED0A7" w14:textId="07AAD86E" w:rsidR="003D4805" w:rsidRPr="00D4306E" w:rsidRDefault="00000000">
      <w:pPr>
        <w:rPr>
          <w:rFonts w:ascii="Times New Roman" w:hAnsi="Times New Roman" w:cs="Times New Roman"/>
          <w:sz w:val="24"/>
          <w:szCs w:val="24"/>
        </w:rPr>
      </w:pPr>
      <w:r w:rsidRPr="00D4306E">
        <w:rPr>
          <w:rFonts w:ascii="Times New Roman" w:hAnsi="Times New Roman" w:cs="Times New Roman"/>
          <w:sz w:val="24"/>
          <w:szCs w:val="24"/>
        </w:rPr>
        <w:t>Has that ever happened to you?</w:t>
      </w:r>
      <w:r w:rsidR="00D4306E">
        <w:rPr>
          <w:rFonts w:ascii="Times New Roman" w:hAnsi="Times New Roman" w:cs="Times New Roman"/>
          <w:sz w:val="24"/>
          <w:szCs w:val="24"/>
        </w:rPr>
        <w:t xml:space="preserve"> </w:t>
      </w:r>
      <w:r w:rsidRPr="00D4306E">
        <w:rPr>
          <w:rFonts w:ascii="Times New Roman" w:hAnsi="Times New Roman" w:cs="Times New Roman"/>
          <w:sz w:val="24"/>
          <w:szCs w:val="24"/>
        </w:rPr>
        <w:t>You felt good about your work. Then someone else got the praise. You were happy to help. Then someone who did less got all the attention.</w:t>
      </w:r>
      <w:r w:rsidR="00D4306E">
        <w:rPr>
          <w:rFonts w:ascii="Times New Roman" w:hAnsi="Times New Roman" w:cs="Times New Roman"/>
          <w:sz w:val="24"/>
          <w:szCs w:val="24"/>
        </w:rPr>
        <w:t xml:space="preserve"> </w:t>
      </w:r>
      <w:r w:rsidRPr="00D4306E">
        <w:rPr>
          <w:rFonts w:ascii="Times New Roman" w:hAnsi="Times New Roman" w:cs="Times New Roman"/>
          <w:sz w:val="24"/>
          <w:szCs w:val="24"/>
        </w:rPr>
        <w:t>What you received hasn't changed. But once you start comparing, it's harder to be thankful.</w:t>
      </w:r>
      <w:r w:rsidR="005A573F">
        <w:rPr>
          <w:rFonts w:ascii="Times New Roman" w:hAnsi="Times New Roman" w:cs="Times New Roman"/>
          <w:sz w:val="24"/>
          <w:szCs w:val="24"/>
        </w:rPr>
        <w:t xml:space="preserve"> </w:t>
      </w:r>
      <w:r w:rsidRPr="00D4306E">
        <w:rPr>
          <w:rFonts w:ascii="Times New Roman" w:hAnsi="Times New Roman" w:cs="Times New Roman"/>
          <w:sz w:val="24"/>
          <w:szCs w:val="24"/>
        </w:rPr>
        <w:t>Sometimes there</w:t>
      </w:r>
      <w:r w:rsidR="005A573F">
        <w:rPr>
          <w:rFonts w:ascii="Times New Roman" w:hAnsi="Times New Roman" w:cs="Times New Roman"/>
          <w:sz w:val="24"/>
          <w:szCs w:val="24"/>
        </w:rPr>
        <w:t xml:space="preserve"> i</w:t>
      </w:r>
      <w:r w:rsidRPr="00D4306E">
        <w:rPr>
          <w:rFonts w:ascii="Times New Roman" w:hAnsi="Times New Roman" w:cs="Times New Roman"/>
          <w:sz w:val="24"/>
          <w:szCs w:val="24"/>
        </w:rPr>
        <w:t>s a hurt behind that feeling: “Does anyone see what I</w:t>
      </w:r>
      <w:r w:rsidR="00D4306E">
        <w:rPr>
          <w:rFonts w:ascii="Times New Roman" w:hAnsi="Times New Roman" w:cs="Times New Roman"/>
          <w:sz w:val="24"/>
          <w:szCs w:val="24"/>
        </w:rPr>
        <w:t xml:space="preserve"> ha</w:t>
      </w:r>
      <w:r w:rsidRPr="00D4306E">
        <w:rPr>
          <w:rFonts w:ascii="Times New Roman" w:hAnsi="Times New Roman" w:cs="Times New Roman"/>
          <w:sz w:val="24"/>
          <w:szCs w:val="24"/>
        </w:rPr>
        <w:t>ve done?”</w:t>
      </w:r>
      <w:r w:rsidR="005A573F">
        <w:rPr>
          <w:rFonts w:ascii="Times New Roman" w:hAnsi="Times New Roman" w:cs="Times New Roman"/>
          <w:sz w:val="24"/>
          <w:szCs w:val="24"/>
        </w:rPr>
        <w:t xml:space="preserve"> </w:t>
      </w:r>
      <w:r w:rsidRPr="00D4306E">
        <w:rPr>
          <w:rFonts w:ascii="Times New Roman" w:hAnsi="Times New Roman" w:cs="Times New Roman"/>
          <w:sz w:val="24"/>
          <w:szCs w:val="24"/>
        </w:rPr>
        <w:t>If you</w:t>
      </w:r>
      <w:r w:rsidR="00D4306E">
        <w:rPr>
          <w:rFonts w:ascii="Times New Roman" w:hAnsi="Times New Roman" w:cs="Times New Roman"/>
          <w:sz w:val="24"/>
          <w:szCs w:val="24"/>
        </w:rPr>
        <w:t xml:space="preserve"> ha</w:t>
      </w:r>
      <w:r w:rsidRPr="00D4306E">
        <w:rPr>
          <w:rFonts w:ascii="Times New Roman" w:hAnsi="Times New Roman" w:cs="Times New Roman"/>
          <w:sz w:val="24"/>
          <w:szCs w:val="24"/>
        </w:rPr>
        <w:t>ve served this church for years, God sees the meals you</w:t>
      </w:r>
      <w:r w:rsidR="00D4306E">
        <w:rPr>
          <w:rFonts w:ascii="Times New Roman" w:hAnsi="Times New Roman" w:cs="Times New Roman"/>
          <w:sz w:val="24"/>
          <w:szCs w:val="24"/>
        </w:rPr>
        <w:t xml:space="preserve"> ha</w:t>
      </w:r>
      <w:r w:rsidRPr="00D4306E">
        <w:rPr>
          <w:rFonts w:ascii="Times New Roman" w:hAnsi="Times New Roman" w:cs="Times New Roman"/>
          <w:sz w:val="24"/>
          <w:szCs w:val="24"/>
        </w:rPr>
        <w:t>ve made, the people you</w:t>
      </w:r>
      <w:r w:rsidR="00D4306E">
        <w:rPr>
          <w:rFonts w:ascii="Times New Roman" w:hAnsi="Times New Roman" w:cs="Times New Roman"/>
          <w:sz w:val="24"/>
          <w:szCs w:val="24"/>
        </w:rPr>
        <w:t xml:space="preserve"> ha</w:t>
      </w:r>
      <w:r w:rsidRPr="00D4306E">
        <w:rPr>
          <w:rFonts w:ascii="Times New Roman" w:hAnsi="Times New Roman" w:cs="Times New Roman"/>
          <w:sz w:val="24"/>
          <w:szCs w:val="24"/>
        </w:rPr>
        <w:t>ve visited, and the work you</w:t>
      </w:r>
      <w:r w:rsidR="00D4306E">
        <w:rPr>
          <w:rFonts w:ascii="Times New Roman" w:hAnsi="Times New Roman" w:cs="Times New Roman"/>
          <w:sz w:val="24"/>
          <w:szCs w:val="24"/>
        </w:rPr>
        <w:t xml:space="preserve"> ha</w:t>
      </w:r>
      <w:r w:rsidRPr="00D4306E">
        <w:rPr>
          <w:rFonts w:ascii="Times New Roman" w:hAnsi="Times New Roman" w:cs="Times New Roman"/>
          <w:sz w:val="24"/>
          <w:szCs w:val="24"/>
        </w:rPr>
        <w:t>ve done without a thank-you.</w:t>
      </w:r>
      <w:r w:rsidR="005A573F">
        <w:rPr>
          <w:rFonts w:ascii="Times New Roman" w:hAnsi="Times New Roman" w:cs="Times New Roman"/>
          <w:sz w:val="24"/>
          <w:szCs w:val="24"/>
        </w:rPr>
        <w:t xml:space="preserve"> </w:t>
      </w:r>
      <w:r w:rsidRPr="00D4306E">
        <w:rPr>
          <w:rFonts w:ascii="Times New Roman" w:hAnsi="Times New Roman" w:cs="Times New Roman"/>
          <w:sz w:val="24"/>
          <w:szCs w:val="24"/>
        </w:rPr>
        <w:t>Your faithful service matters.</w:t>
      </w:r>
      <w:r w:rsidR="005A573F">
        <w:rPr>
          <w:rFonts w:ascii="Times New Roman" w:hAnsi="Times New Roman" w:cs="Times New Roman"/>
          <w:sz w:val="24"/>
          <w:szCs w:val="24"/>
        </w:rPr>
        <w:t xml:space="preserve"> </w:t>
      </w:r>
      <w:r w:rsidRPr="00D4306E">
        <w:rPr>
          <w:rFonts w:ascii="Times New Roman" w:hAnsi="Times New Roman" w:cs="Times New Roman"/>
          <w:sz w:val="24"/>
          <w:szCs w:val="24"/>
        </w:rPr>
        <w:t>When God welcomes someone else, that does</w:t>
      </w:r>
      <w:r w:rsidR="00B319A8">
        <w:rPr>
          <w:rFonts w:ascii="Times New Roman" w:hAnsi="Times New Roman" w:cs="Times New Roman"/>
          <w:sz w:val="24"/>
          <w:szCs w:val="24"/>
        </w:rPr>
        <w:t xml:space="preserve"> </w:t>
      </w:r>
      <w:r w:rsidRPr="00D4306E">
        <w:rPr>
          <w:rFonts w:ascii="Times New Roman" w:hAnsi="Times New Roman" w:cs="Times New Roman"/>
          <w:sz w:val="24"/>
          <w:szCs w:val="24"/>
        </w:rPr>
        <w:t>n</w:t>
      </w:r>
      <w:r w:rsidR="00B319A8">
        <w:rPr>
          <w:rFonts w:ascii="Times New Roman" w:hAnsi="Times New Roman" w:cs="Times New Roman"/>
          <w:sz w:val="24"/>
          <w:szCs w:val="24"/>
        </w:rPr>
        <w:t>o</w:t>
      </w:r>
      <w:r w:rsidRPr="00D4306E">
        <w:rPr>
          <w:rFonts w:ascii="Times New Roman" w:hAnsi="Times New Roman" w:cs="Times New Roman"/>
          <w:sz w:val="24"/>
          <w:szCs w:val="24"/>
        </w:rPr>
        <w:t>t erase what you</w:t>
      </w:r>
      <w:r w:rsidR="00B319A8">
        <w:rPr>
          <w:rFonts w:ascii="Times New Roman" w:hAnsi="Times New Roman" w:cs="Times New Roman"/>
          <w:sz w:val="24"/>
          <w:szCs w:val="24"/>
        </w:rPr>
        <w:t xml:space="preserve"> ha</w:t>
      </w:r>
      <w:r w:rsidRPr="00D4306E">
        <w:rPr>
          <w:rFonts w:ascii="Times New Roman" w:hAnsi="Times New Roman" w:cs="Times New Roman"/>
          <w:sz w:val="24"/>
          <w:szCs w:val="24"/>
        </w:rPr>
        <w:t>ve given. There</w:t>
      </w:r>
      <w:r w:rsidR="00B319A8">
        <w:rPr>
          <w:rFonts w:ascii="Times New Roman" w:hAnsi="Times New Roman" w:cs="Times New Roman"/>
          <w:sz w:val="24"/>
          <w:szCs w:val="24"/>
        </w:rPr>
        <w:t xml:space="preserve"> i</w:t>
      </w:r>
      <w:r w:rsidRPr="00D4306E">
        <w:rPr>
          <w:rFonts w:ascii="Times New Roman" w:hAnsi="Times New Roman" w:cs="Times New Roman"/>
          <w:sz w:val="24"/>
          <w:szCs w:val="24"/>
        </w:rPr>
        <w:t>s still a place for you when someone new joins us.</w:t>
      </w:r>
      <w:r w:rsidR="005A573F">
        <w:rPr>
          <w:rFonts w:ascii="Times New Roman" w:hAnsi="Times New Roman" w:cs="Times New Roman"/>
          <w:sz w:val="24"/>
          <w:szCs w:val="24"/>
        </w:rPr>
        <w:t xml:space="preserve"> </w:t>
      </w:r>
      <w:r w:rsidRPr="00D4306E">
        <w:rPr>
          <w:rFonts w:ascii="Times New Roman" w:hAnsi="Times New Roman" w:cs="Times New Roman"/>
          <w:sz w:val="24"/>
          <w:szCs w:val="24"/>
        </w:rPr>
        <w:t>We can honor those who</w:t>
      </w:r>
      <w:r w:rsidR="00B319A8">
        <w:rPr>
          <w:rFonts w:ascii="Times New Roman" w:hAnsi="Times New Roman" w:cs="Times New Roman"/>
          <w:sz w:val="24"/>
          <w:szCs w:val="24"/>
        </w:rPr>
        <w:t xml:space="preserve"> ha</w:t>
      </w:r>
      <w:r w:rsidRPr="00D4306E">
        <w:rPr>
          <w:rFonts w:ascii="Times New Roman" w:hAnsi="Times New Roman" w:cs="Times New Roman"/>
          <w:sz w:val="24"/>
          <w:szCs w:val="24"/>
        </w:rPr>
        <w:t>ve served for years and welcome those just getting started.</w:t>
      </w:r>
      <w:r w:rsidR="005A573F">
        <w:rPr>
          <w:rFonts w:ascii="Times New Roman" w:hAnsi="Times New Roman" w:cs="Times New Roman"/>
          <w:sz w:val="24"/>
          <w:szCs w:val="24"/>
        </w:rPr>
        <w:t xml:space="preserve"> </w:t>
      </w:r>
      <w:r w:rsidRPr="00D4306E">
        <w:rPr>
          <w:rFonts w:ascii="Times New Roman" w:hAnsi="Times New Roman" w:cs="Times New Roman"/>
          <w:sz w:val="24"/>
          <w:szCs w:val="24"/>
        </w:rPr>
        <w:t>That helps us look at this story differently.</w:t>
      </w:r>
    </w:p>
    <w:p w14:paraId="24FDD67D" w14:textId="77777777" w:rsidR="005A573F" w:rsidRDefault="005A573F">
      <w:pPr>
        <w:rPr>
          <w:rFonts w:ascii="Times New Roman" w:hAnsi="Times New Roman" w:cs="Times New Roman"/>
          <w:sz w:val="24"/>
          <w:szCs w:val="24"/>
        </w:rPr>
      </w:pPr>
    </w:p>
    <w:p w14:paraId="4F2885E1" w14:textId="2A4B475F" w:rsidR="003D4805" w:rsidRPr="00D4306E" w:rsidRDefault="00000000">
      <w:pPr>
        <w:rPr>
          <w:rFonts w:ascii="Times New Roman" w:hAnsi="Times New Roman" w:cs="Times New Roman"/>
          <w:sz w:val="24"/>
          <w:szCs w:val="24"/>
        </w:rPr>
      </w:pPr>
      <w:r w:rsidRPr="00D4306E">
        <w:rPr>
          <w:rFonts w:ascii="Times New Roman" w:hAnsi="Times New Roman" w:cs="Times New Roman"/>
          <w:sz w:val="24"/>
          <w:szCs w:val="24"/>
        </w:rPr>
        <w:t>The early workers ask, “Why are they getting as much as we are?”</w:t>
      </w:r>
      <w:r w:rsidR="005A573F">
        <w:rPr>
          <w:rFonts w:ascii="Times New Roman" w:hAnsi="Times New Roman" w:cs="Times New Roman"/>
          <w:sz w:val="24"/>
          <w:szCs w:val="24"/>
        </w:rPr>
        <w:t xml:space="preserve"> </w:t>
      </w:r>
      <w:r w:rsidRPr="00D4306E">
        <w:rPr>
          <w:rFonts w:ascii="Times New Roman" w:hAnsi="Times New Roman" w:cs="Times New Roman"/>
          <w:sz w:val="24"/>
          <w:szCs w:val="24"/>
        </w:rPr>
        <w:t>The people hired late may ask, “What can I bring home tonight?”</w:t>
      </w:r>
      <w:r w:rsidR="00B319A8">
        <w:rPr>
          <w:rFonts w:ascii="Times New Roman" w:hAnsi="Times New Roman" w:cs="Times New Roman"/>
          <w:sz w:val="24"/>
          <w:szCs w:val="24"/>
        </w:rPr>
        <w:t xml:space="preserve"> </w:t>
      </w:r>
      <w:r w:rsidRPr="00D4306E">
        <w:rPr>
          <w:rFonts w:ascii="Times New Roman" w:hAnsi="Times New Roman" w:cs="Times New Roman"/>
          <w:sz w:val="24"/>
          <w:szCs w:val="24"/>
        </w:rPr>
        <w:t>A day's pay can make a real difference to a family. When we think about their needs, we see another side of the owner's kindness. Even the person hired last has something to bring home.</w:t>
      </w:r>
      <w:r w:rsidR="005A573F">
        <w:rPr>
          <w:rFonts w:ascii="Times New Roman" w:hAnsi="Times New Roman" w:cs="Times New Roman"/>
          <w:sz w:val="24"/>
          <w:szCs w:val="24"/>
        </w:rPr>
        <w:t xml:space="preserve"> </w:t>
      </w:r>
      <w:r w:rsidRPr="00D4306E">
        <w:rPr>
          <w:rFonts w:ascii="Times New Roman" w:hAnsi="Times New Roman" w:cs="Times New Roman"/>
          <w:sz w:val="24"/>
          <w:szCs w:val="24"/>
        </w:rPr>
        <w:t>We can count someone's hours. That won't tell us everything about their life.</w:t>
      </w:r>
    </w:p>
    <w:p w14:paraId="60A4DE28" w14:textId="77777777" w:rsidR="003D4805" w:rsidRPr="00D4306E" w:rsidRDefault="00000000">
      <w:pPr>
        <w:rPr>
          <w:rFonts w:ascii="Times New Roman" w:hAnsi="Times New Roman" w:cs="Times New Roman"/>
          <w:sz w:val="24"/>
          <w:szCs w:val="24"/>
        </w:rPr>
      </w:pPr>
      <w:r w:rsidRPr="00D4306E">
        <w:rPr>
          <w:rFonts w:ascii="Times New Roman" w:hAnsi="Times New Roman" w:cs="Times New Roman"/>
          <w:sz w:val="24"/>
          <w:szCs w:val="24"/>
        </w:rPr>
        <w:t>Think about a building. We can say, “Everyone is welcome to use these stairs.” That sounds equal. But someone who uses a wheelchair needs a ramp or an elevator.</w:t>
      </w:r>
    </w:p>
    <w:p w14:paraId="78C34F86" w14:textId="3D396B35" w:rsidR="003D4805" w:rsidRPr="00B319A8" w:rsidRDefault="00000000">
      <w:pPr>
        <w:rPr>
          <w:rFonts w:ascii="Times New Roman" w:hAnsi="Times New Roman" w:cs="Times New Roman"/>
          <w:color w:val="EE0000"/>
          <w:sz w:val="24"/>
          <w:szCs w:val="24"/>
        </w:rPr>
      </w:pPr>
      <w:r w:rsidRPr="00D4306E">
        <w:rPr>
          <w:rFonts w:ascii="Times New Roman" w:hAnsi="Times New Roman" w:cs="Times New Roman"/>
          <w:sz w:val="24"/>
          <w:szCs w:val="24"/>
        </w:rPr>
        <w:t>Sometimes</w:t>
      </w:r>
      <w:r w:rsidRPr="00B319A8">
        <w:rPr>
          <w:rFonts w:ascii="Times New Roman" w:hAnsi="Times New Roman" w:cs="Times New Roman"/>
          <w:color w:val="000000" w:themeColor="text1"/>
          <w:sz w:val="24"/>
          <w:szCs w:val="24"/>
          <w:u w:val="single"/>
        </w:rPr>
        <w:t xml:space="preserve"> people need different kinds of help to have the same chance to join in.</w:t>
      </w:r>
      <w:r w:rsidR="00B319A8">
        <w:rPr>
          <w:rFonts w:ascii="Times New Roman" w:hAnsi="Times New Roman" w:cs="Times New Roman"/>
          <w:color w:val="EE0000"/>
          <w:sz w:val="24"/>
          <w:szCs w:val="24"/>
        </w:rPr>
        <w:t xml:space="preserve"> </w:t>
      </w:r>
      <w:r w:rsidRPr="00D4306E">
        <w:rPr>
          <w:rFonts w:ascii="Times New Roman" w:hAnsi="Times New Roman" w:cs="Times New Roman"/>
          <w:sz w:val="24"/>
          <w:szCs w:val="24"/>
        </w:rPr>
        <w:t>That</w:t>
      </w:r>
      <w:r w:rsidR="00B319A8">
        <w:rPr>
          <w:rFonts w:ascii="Times New Roman" w:hAnsi="Times New Roman" w:cs="Times New Roman"/>
          <w:sz w:val="24"/>
          <w:szCs w:val="24"/>
        </w:rPr>
        <w:t xml:space="preserve"> i</w:t>
      </w:r>
      <w:r w:rsidRPr="00D4306E">
        <w:rPr>
          <w:rFonts w:ascii="Times New Roman" w:hAnsi="Times New Roman" w:cs="Times New Roman"/>
          <w:sz w:val="24"/>
          <w:szCs w:val="24"/>
        </w:rPr>
        <w:t xml:space="preserve">s what people often mean </w:t>
      </w:r>
      <w:r w:rsidRPr="00B319A8">
        <w:rPr>
          <w:rFonts w:ascii="Times New Roman" w:hAnsi="Times New Roman" w:cs="Times New Roman"/>
          <w:color w:val="000000" w:themeColor="text1"/>
          <w:sz w:val="24"/>
          <w:szCs w:val="24"/>
        </w:rPr>
        <w:t xml:space="preserve">by equity. </w:t>
      </w:r>
      <w:r w:rsidRPr="00D4306E">
        <w:rPr>
          <w:rFonts w:ascii="Times New Roman" w:hAnsi="Times New Roman" w:cs="Times New Roman"/>
          <w:sz w:val="24"/>
          <w:szCs w:val="24"/>
        </w:rPr>
        <w:t>We look at what's making life harder for someone and ask what help they need.</w:t>
      </w:r>
    </w:p>
    <w:p w14:paraId="538932D4" w14:textId="170C4744" w:rsidR="003D4805" w:rsidRPr="00D4306E" w:rsidRDefault="00000000">
      <w:pPr>
        <w:rPr>
          <w:rFonts w:ascii="Times New Roman" w:hAnsi="Times New Roman" w:cs="Times New Roman"/>
          <w:sz w:val="24"/>
          <w:szCs w:val="24"/>
        </w:rPr>
      </w:pPr>
      <w:r w:rsidRPr="00D4306E">
        <w:rPr>
          <w:rFonts w:ascii="Times New Roman" w:hAnsi="Times New Roman" w:cs="Times New Roman"/>
          <w:sz w:val="24"/>
          <w:szCs w:val="24"/>
        </w:rPr>
        <w:t>But Jesus is showing us something bigger: how generous God is. That can change how we respond to people's needs.</w:t>
      </w:r>
      <w:r w:rsidR="005A573F">
        <w:rPr>
          <w:rFonts w:ascii="Times New Roman" w:hAnsi="Times New Roman" w:cs="Times New Roman"/>
          <w:sz w:val="24"/>
          <w:szCs w:val="24"/>
        </w:rPr>
        <w:t xml:space="preserve"> </w:t>
      </w:r>
      <w:r w:rsidR="00B319A8">
        <w:rPr>
          <w:rFonts w:ascii="Times New Roman" w:hAnsi="Times New Roman" w:cs="Times New Roman"/>
          <w:sz w:val="24"/>
          <w:szCs w:val="24"/>
        </w:rPr>
        <w:t>F</w:t>
      </w:r>
      <w:r w:rsidRPr="00D4306E">
        <w:rPr>
          <w:rFonts w:ascii="Times New Roman" w:hAnsi="Times New Roman" w:cs="Times New Roman"/>
          <w:sz w:val="24"/>
          <w:szCs w:val="24"/>
        </w:rPr>
        <w:t xml:space="preserve">or example, </w:t>
      </w:r>
      <w:r w:rsidR="00B319A8">
        <w:rPr>
          <w:rFonts w:ascii="Times New Roman" w:hAnsi="Times New Roman" w:cs="Times New Roman"/>
          <w:sz w:val="24"/>
          <w:szCs w:val="24"/>
        </w:rPr>
        <w:t>s</w:t>
      </w:r>
      <w:r w:rsidR="00B319A8" w:rsidRPr="00D4306E">
        <w:rPr>
          <w:rFonts w:ascii="Times New Roman" w:hAnsi="Times New Roman" w:cs="Times New Roman"/>
          <w:sz w:val="24"/>
          <w:szCs w:val="24"/>
        </w:rPr>
        <w:t>alesforce</w:t>
      </w:r>
      <w:r w:rsidR="00B319A8">
        <w:rPr>
          <w:rFonts w:ascii="Times New Roman" w:hAnsi="Times New Roman" w:cs="Times New Roman"/>
          <w:sz w:val="24"/>
          <w:szCs w:val="24"/>
        </w:rPr>
        <w:t xml:space="preserve"> </w:t>
      </w:r>
      <w:r w:rsidRPr="00D4306E">
        <w:rPr>
          <w:rFonts w:ascii="Times New Roman" w:hAnsi="Times New Roman" w:cs="Times New Roman"/>
          <w:sz w:val="24"/>
          <w:szCs w:val="24"/>
        </w:rPr>
        <w:t>says it checks employee pay every year and makes changes to help keep pay fair. That</w:t>
      </w:r>
      <w:r w:rsidR="00B319A8">
        <w:rPr>
          <w:rFonts w:ascii="Times New Roman" w:hAnsi="Times New Roman" w:cs="Times New Roman"/>
          <w:sz w:val="24"/>
          <w:szCs w:val="24"/>
        </w:rPr>
        <w:t xml:space="preserve"> i</w:t>
      </w:r>
      <w:r w:rsidRPr="00D4306E">
        <w:rPr>
          <w:rFonts w:ascii="Times New Roman" w:hAnsi="Times New Roman" w:cs="Times New Roman"/>
          <w:sz w:val="24"/>
          <w:szCs w:val="24"/>
        </w:rPr>
        <w:t>s different from the owner's gift. But it reminds us to pay attention to gaps that need fixing.</w:t>
      </w:r>
    </w:p>
    <w:p w14:paraId="516FDC7C" w14:textId="77777777" w:rsidR="003D4805" w:rsidRPr="00D4306E" w:rsidRDefault="00000000">
      <w:pPr>
        <w:rPr>
          <w:rFonts w:ascii="Times New Roman" w:hAnsi="Times New Roman" w:cs="Times New Roman"/>
          <w:sz w:val="24"/>
          <w:szCs w:val="24"/>
        </w:rPr>
      </w:pPr>
      <w:r w:rsidRPr="00D4306E">
        <w:rPr>
          <w:rFonts w:ascii="Times New Roman" w:hAnsi="Times New Roman" w:cs="Times New Roman"/>
          <w:sz w:val="24"/>
          <w:szCs w:val="24"/>
        </w:rPr>
        <w:t>As Christians, we start by seeing the person in front of us. This is someone made in God's image. Their life matters, and we should care.</w:t>
      </w:r>
    </w:p>
    <w:p w14:paraId="4C584F2D" w14:textId="65EF598C" w:rsidR="003D4805" w:rsidRPr="005A573F" w:rsidRDefault="00000000">
      <w:pPr>
        <w:rPr>
          <w:rFonts w:ascii="Times New Roman" w:hAnsi="Times New Roman" w:cs="Times New Roman"/>
          <w:sz w:val="24"/>
          <w:szCs w:val="24"/>
        </w:rPr>
      </w:pPr>
      <w:r w:rsidRPr="00D4306E">
        <w:rPr>
          <w:rFonts w:ascii="Times New Roman" w:hAnsi="Times New Roman" w:cs="Times New Roman"/>
          <w:sz w:val="24"/>
          <w:szCs w:val="24"/>
        </w:rPr>
        <w:t>Jesus' teaching here follows God's command in Deuteronomy 15:11:</w:t>
      </w:r>
      <w:r w:rsidR="005A573F">
        <w:rPr>
          <w:rFonts w:ascii="Times New Roman" w:hAnsi="Times New Roman" w:cs="Times New Roman"/>
          <w:sz w:val="24"/>
          <w:szCs w:val="24"/>
        </w:rPr>
        <w:t xml:space="preserve"> </w:t>
      </w:r>
      <w:r w:rsidRPr="00B319A8">
        <w:rPr>
          <w:rFonts w:ascii="Times New Roman" w:hAnsi="Times New Roman" w:cs="Times New Roman"/>
          <w:i/>
          <w:iCs/>
          <w:color w:val="000000" w:themeColor="text1"/>
          <w:sz w:val="24"/>
          <w:szCs w:val="24"/>
        </w:rPr>
        <w:t>“Since there will never cease to be some in need on the earth, I therefore command you, ‘Open your hand to the poor and needy neighbor in your land.”</w:t>
      </w:r>
    </w:p>
    <w:p w14:paraId="72E25500" w14:textId="77777777" w:rsidR="003D4805" w:rsidRPr="00D4306E" w:rsidRDefault="00000000">
      <w:pPr>
        <w:rPr>
          <w:rFonts w:ascii="Times New Roman" w:hAnsi="Times New Roman" w:cs="Times New Roman"/>
          <w:sz w:val="24"/>
          <w:szCs w:val="24"/>
        </w:rPr>
      </w:pPr>
      <w:r w:rsidRPr="00D4306E">
        <w:rPr>
          <w:rFonts w:ascii="Times New Roman" w:hAnsi="Times New Roman" w:cs="Times New Roman"/>
          <w:sz w:val="24"/>
          <w:szCs w:val="24"/>
        </w:rPr>
        <w:t>This story won't answer every question about money or work. But it challenges us to look beyond how much someone can produce.</w:t>
      </w:r>
    </w:p>
    <w:p w14:paraId="6FE3D12A" w14:textId="704F2128" w:rsidR="003D4805" w:rsidRPr="00D4306E" w:rsidRDefault="00000000">
      <w:pPr>
        <w:rPr>
          <w:rFonts w:ascii="Times New Roman" w:hAnsi="Times New Roman" w:cs="Times New Roman"/>
          <w:sz w:val="24"/>
          <w:szCs w:val="24"/>
        </w:rPr>
      </w:pPr>
      <w:r w:rsidRPr="00D4306E">
        <w:rPr>
          <w:rFonts w:ascii="Times New Roman" w:hAnsi="Times New Roman" w:cs="Times New Roman"/>
          <w:sz w:val="24"/>
          <w:szCs w:val="24"/>
        </w:rPr>
        <w:t>If you hire people, could you give someone a chance who has</w:t>
      </w:r>
      <w:r w:rsidR="00B319A8">
        <w:rPr>
          <w:rFonts w:ascii="Times New Roman" w:hAnsi="Times New Roman" w:cs="Times New Roman"/>
          <w:sz w:val="24"/>
          <w:szCs w:val="24"/>
        </w:rPr>
        <w:t xml:space="preserve"> </w:t>
      </w:r>
      <w:r w:rsidRPr="00D4306E">
        <w:rPr>
          <w:rFonts w:ascii="Times New Roman" w:hAnsi="Times New Roman" w:cs="Times New Roman"/>
          <w:sz w:val="24"/>
          <w:szCs w:val="24"/>
        </w:rPr>
        <w:t>n</w:t>
      </w:r>
      <w:r w:rsidR="00B319A8">
        <w:rPr>
          <w:rFonts w:ascii="Times New Roman" w:hAnsi="Times New Roman" w:cs="Times New Roman"/>
          <w:sz w:val="24"/>
          <w:szCs w:val="24"/>
        </w:rPr>
        <w:t>o</w:t>
      </w:r>
      <w:r w:rsidRPr="00D4306E">
        <w:rPr>
          <w:rFonts w:ascii="Times New Roman" w:hAnsi="Times New Roman" w:cs="Times New Roman"/>
          <w:sz w:val="24"/>
          <w:szCs w:val="24"/>
        </w:rPr>
        <w:t>t worked for a while? Could we offer a ride so a neighbor can be here? Could we support fair wages and affordable childcare, helping families move forward?</w:t>
      </w:r>
    </w:p>
    <w:p w14:paraId="47F61E0C" w14:textId="00B3D6DA" w:rsidR="003D4805" w:rsidRPr="00D4306E" w:rsidRDefault="00000000">
      <w:pPr>
        <w:rPr>
          <w:rFonts w:ascii="Times New Roman" w:hAnsi="Times New Roman" w:cs="Times New Roman"/>
          <w:sz w:val="24"/>
          <w:szCs w:val="24"/>
        </w:rPr>
      </w:pPr>
      <w:r w:rsidRPr="00D4306E">
        <w:rPr>
          <w:rFonts w:ascii="Times New Roman" w:hAnsi="Times New Roman" w:cs="Times New Roman"/>
          <w:sz w:val="24"/>
          <w:szCs w:val="24"/>
        </w:rPr>
        <w:t>These things take time, money, or effort. Being generous often does. But our help may open a door someone could</w:t>
      </w:r>
      <w:r w:rsidR="00B319A8">
        <w:rPr>
          <w:rFonts w:ascii="Times New Roman" w:hAnsi="Times New Roman" w:cs="Times New Roman"/>
          <w:sz w:val="24"/>
          <w:szCs w:val="24"/>
        </w:rPr>
        <w:t xml:space="preserve"> </w:t>
      </w:r>
      <w:r w:rsidRPr="00D4306E">
        <w:rPr>
          <w:rFonts w:ascii="Times New Roman" w:hAnsi="Times New Roman" w:cs="Times New Roman"/>
          <w:sz w:val="24"/>
          <w:szCs w:val="24"/>
        </w:rPr>
        <w:t>n</w:t>
      </w:r>
      <w:r w:rsidR="00B319A8">
        <w:rPr>
          <w:rFonts w:ascii="Times New Roman" w:hAnsi="Times New Roman" w:cs="Times New Roman"/>
          <w:sz w:val="24"/>
          <w:szCs w:val="24"/>
        </w:rPr>
        <w:t>o</w:t>
      </w:r>
      <w:r w:rsidRPr="00D4306E">
        <w:rPr>
          <w:rFonts w:ascii="Times New Roman" w:hAnsi="Times New Roman" w:cs="Times New Roman"/>
          <w:sz w:val="24"/>
          <w:szCs w:val="24"/>
        </w:rPr>
        <w:t>t open alone.</w:t>
      </w:r>
      <w:r w:rsidR="00B319A8">
        <w:rPr>
          <w:rFonts w:ascii="Times New Roman" w:hAnsi="Times New Roman" w:cs="Times New Roman"/>
          <w:sz w:val="24"/>
          <w:szCs w:val="24"/>
        </w:rPr>
        <w:t xml:space="preserve"> </w:t>
      </w:r>
      <w:r w:rsidRPr="00D4306E">
        <w:rPr>
          <w:rFonts w:ascii="Times New Roman" w:hAnsi="Times New Roman" w:cs="Times New Roman"/>
          <w:sz w:val="24"/>
          <w:szCs w:val="24"/>
        </w:rPr>
        <w:t>And this brings us back to our own faith.</w:t>
      </w:r>
    </w:p>
    <w:p w14:paraId="3099C748" w14:textId="33060150" w:rsidR="003D4805" w:rsidRPr="00D4306E" w:rsidRDefault="00000000">
      <w:pPr>
        <w:rPr>
          <w:rFonts w:ascii="Times New Roman" w:hAnsi="Times New Roman" w:cs="Times New Roman"/>
          <w:sz w:val="24"/>
          <w:szCs w:val="24"/>
        </w:rPr>
      </w:pPr>
      <w:r w:rsidRPr="00D4306E">
        <w:rPr>
          <w:rFonts w:ascii="Times New Roman" w:hAnsi="Times New Roman" w:cs="Times New Roman"/>
          <w:sz w:val="24"/>
          <w:szCs w:val="24"/>
        </w:rPr>
        <w:t>We belong to God because of his grace. We could never do enough good things to earn his forgiveness. Jesus loves us and gives himself for us. He brings us into a new life we couldn't find on our own.</w:t>
      </w:r>
      <w:r w:rsidR="00B319A8">
        <w:rPr>
          <w:rFonts w:ascii="Times New Roman" w:hAnsi="Times New Roman" w:cs="Times New Roman"/>
          <w:sz w:val="24"/>
          <w:szCs w:val="24"/>
        </w:rPr>
        <w:t xml:space="preserve"> </w:t>
      </w:r>
      <w:r w:rsidRPr="00D4306E">
        <w:rPr>
          <w:rFonts w:ascii="Times New Roman" w:hAnsi="Times New Roman" w:cs="Times New Roman"/>
          <w:sz w:val="24"/>
          <w:szCs w:val="24"/>
        </w:rPr>
        <w:t>That's why we serve him.</w:t>
      </w:r>
    </w:p>
    <w:p w14:paraId="4C812830" w14:textId="2D46A758" w:rsidR="003D4805" w:rsidRPr="00B319A8" w:rsidRDefault="00000000">
      <w:pPr>
        <w:rPr>
          <w:rFonts w:ascii="Times New Roman" w:hAnsi="Times New Roman" w:cs="Times New Roman"/>
          <w:sz w:val="24"/>
          <w:szCs w:val="24"/>
        </w:rPr>
      </w:pPr>
      <w:r w:rsidRPr="00D4306E">
        <w:rPr>
          <w:rFonts w:ascii="Times New Roman" w:hAnsi="Times New Roman" w:cs="Times New Roman"/>
          <w:sz w:val="24"/>
          <w:szCs w:val="24"/>
        </w:rPr>
        <w:t>Some have known God since childhood. Others came much later, after years of questions or searching. However we got here, we belong because God has shown us mercy.</w:t>
      </w:r>
      <w:r w:rsidR="00B319A8">
        <w:rPr>
          <w:rFonts w:ascii="Times New Roman" w:hAnsi="Times New Roman" w:cs="Times New Roman"/>
          <w:sz w:val="24"/>
          <w:szCs w:val="24"/>
        </w:rPr>
        <w:t xml:space="preserve"> </w:t>
      </w:r>
      <w:r w:rsidRPr="00D4306E">
        <w:rPr>
          <w:rFonts w:ascii="Times New Roman" w:hAnsi="Times New Roman" w:cs="Times New Roman"/>
          <w:sz w:val="24"/>
          <w:szCs w:val="24"/>
        </w:rPr>
        <w:t>Being in church longer doesn't mean God loves us more than someone who just walked in.</w:t>
      </w:r>
      <w:r w:rsidR="00B319A8">
        <w:rPr>
          <w:rFonts w:ascii="Times New Roman" w:hAnsi="Times New Roman" w:cs="Times New Roman"/>
          <w:sz w:val="24"/>
          <w:szCs w:val="24"/>
        </w:rPr>
        <w:t xml:space="preserve"> </w:t>
      </w:r>
      <w:r w:rsidRPr="00D4306E">
        <w:rPr>
          <w:rFonts w:ascii="Times New Roman" w:hAnsi="Times New Roman" w:cs="Times New Roman"/>
          <w:sz w:val="24"/>
          <w:szCs w:val="24"/>
        </w:rPr>
        <w:t xml:space="preserve">Before </w:t>
      </w:r>
      <w:r w:rsidRPr="00B319A8">
        <w:rPr>
          <w:rFonts w:ascii="Times New Roman" w:hAnsi="Times New Roman" w:cs="Times New Roman"/>
          <w:color w:val="000000" w:themeColor="text1"/>
          <w:sz w:val="24"/>
          <w:szCs w:val="24"/>
          <w:u w:val="single"/>
        </w:rPr>
        <w:t>we ever did anything for God, God gave us his love</w:t>
      </w:r>
      <w:r w:rsidRPr="00D4306E">
        <w:rPr>
          <w:rFonts w:ascii="Times New Roman" w:hAnsi="Times New Roman" w:cs="Times New Roman"/>
          <w:color w:val="EE0000"/>
          <w:sz w:val="24"/>
          <w:szCs w:val="24"/>
        </w:rPr>
        <w:t>.</w:t>
      </w:r>
    </w:p>
    <w:p w14:paraId="11EF9A79" w14:textId="77777777" w:rsidR="003D4805" w:rsidRPr="00B319A8" w:rsidRDefault="00000000">
      <w:pPr>
        <w:rPr>
          <w:rFonts w:ascii="Times New Roman" w:hAnsi="Times New Roman" w:cs="Times New Roman"/>
          <w:color w:val="000000" w:themeColor="text1"/>
          <w:sz w:val="24"/>
          <w:szCs w:val="24"/>
          <w:u w:val="single"/>
        </w:rPr>
      </w:pPr>
      <w:proofErr w:type="gramStart"/>
      <w:r w:rsidRPr="00D4306E">
        <w:rPr>
          <w:rFonts w:ascii="Times New Roman" w:hAnsi="Times New Roman" w:cs="Times New Roman"/>
          <w:sz w:val="24"/>
          <w:szCs w:val="24"/>
        </w:rPr>
        <w:t>So</w:t>
      </w:r>
      <w:proofErr w:type="gramEnd"/>
      <w:r w:rsidRPr="00D4306E">
        <w:rPr>
          <w:rFonts w:ascii="Times New Roman" w:hAnsi="Times New Roman" w:cs="Times New Roman"/>
          <w:sz w:val="24"/>
          <w:szCs w:val="24"/>
        </w:rPr>
        <w:t xml:space="preserve"> we can look at our money, experience, connections, and time and ask, </w:t>
      </w:r>
      <w:r w:rsidRPr="00B319A8">
        <w:rPr>
          <w:rFonts w:ascii="Times New Roman" w:hAnsi="Times New Roman" w:cs="Times New Roman"/>
          <w:color w:val="000000" w:themeColor="text1"/>
          <w:sz w:val="24"/>
          <w:szCs w:val="24"/>
        </w:rPr>
        <w:t>“</w:t>
      </w:r>
      <w:r w:rsidRPr="00B319A8">
        <w:rPr>
          <w:rFonts w:ascii="Times New Roman" w:hAnsi="Times New Roman" w:cs="Times New Roman"/>
          <w:color w:val="000000" w:themeColor="text1"/>
          <w:sz w:val="24"/>
          <w:szCs w:val="24"/>
          <w:u w:val="single"/>
        </w:rPr>
        <w:t>How could I use what I have to help someone else?”</w:t>
      </w:r>
    </w:p>
    <w:p w14:paraId="6A0B501F" w14:textId="519554BC" w:rsidR="003D4805" w:rsidRPr="00D4306E" w:rsidRDefault="00000000">
      <w:pPr>
        <w:rPr>
          <w:rFonts w:ascii="Times New Roman" w:hAnsi="Times New Roman" w:cs="Times New Roman"/>
          <w:sz w:val="24"/>
          <w:szCs w:val="24"/>
        </w:rPr>
      </w:pPr>
      <w:r w:rsidRPr="00D4306E">
        <w:rPr>
          <w:rFonts w:ascii="Times New Roman" w:hAnsi="Times New Roman" w:cs="Times New Roman"/>
          <w:sz w:val="24"/>
          <w:szCs w:val="24"/>
        </w:rPr>
        <w:t>This week, listen to someone whose situation you don't fully understand. Then find one way to help. Offer a ride. Help with an application. Invite them to serve with you.</w:t>
      </w:r>
      <w:r w:rsidR="00B319A8">
        <w:rPr>
          <w:rFonts w:ascii="Times New Roman" w:hAnsi="Times New Roman" w:cs="Times New Roman"/>
          <w:sz w:val="24"/>
          <w:szCs w:val="24"/>
        </w:rPr>
        <w:t xml:space="preserve"> </w:t>
      </w:r>
      <w:r w:rsidRPr="00D4306E">
        <w:rPr>
          <w:rFonts w:ascii="Times New Roman" w:hAnsi="Times New Roman" w:cs="Times New Roman"/>
          <w:sz w:val="24"/>
          <w:szCs w:val="24"/>
        </w:rPr>
        <w:t xml:space="preserve">And when someone gets an </w:t>
      </w:r>
      <w:r w:rsidR="00B319A8" w:rsidRPr="00D4306E">
        <w:rPr>
          <w:rFonts w:ascii="Times New Roman" w:hAnsi="Times New Roman" w:cs="Times New Roman"/>
          <w:sz w:val="24"/>
          <w:szCs w:val="24"/>
        </w:rPr>
        <w:t>opportunity,</w:t>
      </w:r>
      <w:r w:rsidRPr="00D4306E">
        <w:rPr>
          <w:rFonts w:ascii="Times New Roman" w:hAnsi="Times New Roman" w:cs="Times New Roman"/>
          <w:sz w:val="24"/>
          <w:szCs w:val="24"/>
        </w:rPr>
        <w:t xml:space="preserve"> you hoped for, ask God to help you be happy for them, too.</w:t>
      </w:r>
    </w:p>
    <w:p w14:paraId="79A8A97E" w14:textId="1016FC15" w:rsidR="003D4805" w:rsidRPr="00D4306E" w:rsidRDefault="00000000">
      <w:pPr>
        <w:rPr>
          <w:rFonts w:ascii="Times New Roman" w:hAnsi="Times New Roman" w:cs="Times New Roman"/>
          <w:sz w:val="24"/>
          <w:szCs w:val="24"/>
        </w:rPr>
      </w:pPr>
      <w:r w:rsidRPr="00D4306E">
        <w:rPr>
          <w:rFonts w:ascii="Times New Roman" w:hAnsi="Times New Roman" w:cs="Times New Roman"/>
          <w:sz w:val="24"/>
          <w:szCs w:val="24"/>
        </w:rPr>
        <w:t>Now you're hearing their story. The person sitting with you matters more than who's getting more.</w:t>
      </w:r>
      <w:r w:rsidR="00B319A8">
        <w:rPr>
          <w:rFonts w:ascii="Times New Roman" w:hAnsi="Times New Roman" w:cs="Times New Roman"/>
          <w:sz w:val="24"/>
          <w:szCs w:val="24"/>
        </w:rPr>
        <w:t xml:space="preserve"> </w:t>
      </w:r>
      <w:r w:rsidRPr="00D4306E">
        <w:rPr>
          <w:rFonts w:ascii="Times New Roman" w:hAnsi="Times New Roman" w:cs="Times New Roman"/>
          <w:sz w:val="24"/>
          <w:szCs w:val="24"/>
        </w:rPr>
        <w:t>That's the change Jesus invites us to make.</w:t>
      </w:r>
      <w:r w:rsidR="00B319A8">
        <w:rPr>
          <w:rFonts w:ascii="Times New Roman" w:hAnsi="Times New Roman" w:cs="Times New Roman"/>
          <w:sz w:val="24"/>
          <w:szCs w:val="24"/>
        </w:rPr>
        <w:t xml:space="preserve"> </w:t>
      </w:r>
      <w:r w:rsidRPr="00D4306E">
        <w:rPr>
          <w:rFonts w:ascii="Times New Roman" w:hAnsi="Times New Roman" w:cs="Times New Roman"/>
          <w:sz w:val="24"/>
          <w:szCs w:val="24"/>
        </w:rPr>
        <w:t>The early workers can go home upset about someone else's pay. Or they can be glad another family has been helped.</w:t>
      </w:r>
      <w:r w:rsidR="00B319A8">
        <w:rPr>
          <w:rFonts w:ascii="Times New Roman" w:hAnsi="Times New Roman" w:cs="Times New Roman"/>
          <w:sz w:val="24"/>
          <w:szCs w:val="24"/>
        </w:rPr>
        <w:t xml:space="preserve"> </w:t>
      </w:r>
      <w:r w:rsidRPr="00D4306E">
        <w:rPr>
          <w:rFonts w:ascii="Times New Roman" w:hAnsi="Times New Roman" w:cs="Times New Roman"/>
          <w:sz w:val="24"/>
          <w:szCs w:val="24"/>
        </w:rPr>
        <w:t>What will we do?</w:t>
      </w:r>
    </w:p>
    <w:p w14:paraId="2C36032F" w14:textId="32668E22" w:rsidR="003D4805" w:rsidRPr="00D4306E" w:rsidRDefault="00000000">
      <w:pPr>
        <w:rPr>
          <w:rFonts w:ascii="Times New Roman" w:hAnsi="Times New Roman" w:cs="Times New Roman"/>
          <w:sz w:val="24"/>
          <w:szCs w:val="24"/>
        </w:rPr>
      </w:pPr>
      <w:r w:rsidRPr="00D4306E">
        <w:rPr>
          <w:rFonts w:ascii="Times New Roman" w:hAnsi="Times New Roman" w:cs="Times New Roman"/>
          <w:sz w:val="24"/>
          <w:szCs w:val="24"/>
        </w:rPr>
        <w:t>Some of us need to stop keeping score. Others need to hear that God still has a place for us, even when we feel overlooked.</w:t>
      </w:r>
      <w:r w:rsidR="00B319A8">
        <w:rPr>
          <w:rFonts w:ascii="Times New Roman" w:hAnsi="Times New Roman" w:cs="Times New Roman"/>
          <w:sz w:val="24"/>
          <w:szCs w:val="24"/>
        </w:rPr>
        <w:t xml:space="preserve"> </w:t>
      </w:r>
      <w:r w:rsidRPr="00D4306E">
        <w:rPr>
          <w:rFonts w:ascii="Times New Roman" w:hAnsi="Times New Roman" w:cs="Times New Roman"/>
          <w:sz w:val="24"/>
          <w:szCs w:val="24"/>
        </w:rPr>
        <w:t>The owner keeps going back to the marketplace.</w:t>
      </w:r>
      <w:r w:rsidR="00B319A8">
        <w:rPr>
          <w:rFonts w:ascii="Times New Roman" w:hAnsi="Times New Roman" w:cs="Times New Roman"/>
          <w:sz w:val="24"/>
          <w:szCs w:val="24"/>
        </w:rPr>
        <w:t xml:space="preserve"> </w:t>
      </w:r>
      <w:r w:rsidRPr="00B319A8">
        <w:rPr>
          <w:rFonts w:ascii="Times New Roman" w:hAnsi="Times New Roman" w:cs="Times New Roman"/>
          <w:color w:val="000000" w:themeColor="text1"/>
          <w:sz w:val="24"/>
          <w:szCs w:val="24"/>
          <w:u w:val="single"/>
        </w:rPr>
        <w:t>There's work to do together, a place to belong, and grace for all of us.</w:t>
      </w:r>
      <w:r w:rsidR="00B319A8">
        <w:rPr>
          <w:rFonts w:ascii="Times New Roman" w:hAnsi="Times New Roman" w:cs="Times New Roman"/>
          <w:sz w:val="24"/>
          <w:szCs w:val="24"/>
        </w:rPr>
        <w:t xml:space="preserve"> </w:t>
      </w:r>
      <w:r w:rsidRPr="00D4306E">
        <w:rPr>
          <w:rFonts w:ascii="Times New Roman" w:hAnsi="Times New Roman" w:cs="Times New Roman"/>
          <w:sz w:val="24"/>
          <w:szCs w:val="24"/>
        </w:rPr>
        <w:t>May that grace make us thankful for what we've received and generous to the people God brings into our lives.</w:t>
      </w:r>
    </w:p>
    <w:sectPr w:rsidR="003D4805" w:rsidRPr="00D4306E" w:rsidSect="00D4306E">
      <w:footerReference w:type="default" r:id="rId8"/>
      <w:pgSz w:w="12240" w:h="15840"/>
      <w:pgMar w:top="720" w:right="720" w:bottom="720" w:left="720" w:header="720" w:footer="720" w:gutter="0"/>
      <w:cols w:space="720"/>
      <w:docGrid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4996F" w14:textId="77777777" w:rsidR="00707764" w:rsidRDefault="00707764">
      <w:pPr>
        <w:spacing w:after="0" w:line="240" w:lineRule="auto"/>
        <w:rPr>
          <w:rFonts w:hint="eastAsia"/>
        </w:rPr>
      </w:pPr>
      <w:r>
        <w:separator/>
      </w:r>
    </w:p>
  </w:endnote>
  <w:endnote w:type="continuationSeparator" w:id="0">
    <w:p w14:paraId="56350A97" w14:textId="77777777" w:rsidR="00707764" w:rsidRDefault="00707764">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jaVu Sans">
    <w:altName w:val="Verdan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FD51E" w14:textId="77777777" w:rsidR="003D4805" w:rsidRDefault="00000000">
    <w:pPr>
      <w:pStyle w:val="Footer"/>
      <w:jc w:val="right"/>
      <w:rPr>
        <w:rFonts w:hint="eastAsia"/>
      </w:rPr>
    </w:pPr>
    <w:r>
      <w:fldChar w:fldCharType="begin"/>
    </w:r>
    <w:r>
      <w:instrText>PAGE</w:instrText>
    </w:r>
    <w:r>
      <w:fldChar w:fldCharType="separate"/>
    </w:r>
    <w:r w:rsidR="00093732">
      <w:rPr>
        <w:rFonts w:hint="eastAsia"/>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99CFE" w14:textId="77777777" w:rsidR="00707764" w:rsidRDefault="00707764">
      <w:pPr>
        <w:spacing w:after="0" w:line="240" w:lineRule="auto"/>
        <w:rPr>
          <w:rFonts w:hint="eastAsia"/>
        </w:rPr>
      </w:pPr>
      <w:r>
        <w:separator/>
      </w:r>
    </w:p>
  </w:footnote>
  <w:footnote w:type="continuationSeparator" w:id="0">
    <w:p w14:paraId="6C28A0D9" w14:textId="77777777" w:rsidR="00707764" w:rsidRDefault="00707764">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64281155">
    <w:abstractNumId w:val="8"/>
  </w:num>
  <w:num w:numId="2" w16cid:durableId="539511718">
    <w:abstractNumId w:val="6"/>
  </w:num>
  <w:num w:numId="3" w16cid:durableId="1391687857">
    <w:abstractNumId w:val="5"/>
  </w:num>
  <w:num w:numId="4" w16cid:durableId="560215222">
    <w:abstractNumId w:val="4"/>
  </w:num>
  <w:num w:numId="5" w16cid:durableId="1035541448">
    <w:abstractNumId w:val="7"/>
  </w:num>
  <w:num w:numId="6" w16cid:durableId="561448611">
    <w:abstractNumId w:val="3"/>
  </w:num>
  <w:num w:numId="7" w16cid:durableId="103355542">
    <w:abstractNumId w:val="2"/>
  </w:num>
  <w:num w:numId="8" w16cid:durableId="2123766642">
    <w:abstractNumId w:val="1"/>
  </w:num>
  <w:num w:numId="9" w16cid:durableId="1122652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3732"/>
    <w:rsid w:val="0015074B"/>
    <w:rsid w:val="00157C8E"/>
    <w:rsid w:val="0029639D"/>
    <w:rsid w:val="00326F90"/>
    <w:rsid w:val="003738B4"/>
    <w:rsid w:val="003A25CB"/>
    <w:rsid w:val="003B4506"/>
    <w:rsid w:val="003D4805"/>
    <w:rsid w:val="00524079"/>
    <w:rsid w:val="005A573F"/>
    <w:rsid w:val="00656875"/>
    <w:rsid w:val="006F67A0"/>
    <w:rsid w:val="00707764"/>
    <w:rsid w:val="00AA1D8D"/>
    <w:rsid w:val="00B319A8"/>
    <w:rsid w:val="00B47730"/>
    <w:rsid w:val="00CB0664"/>
    <w:rsid w:val="00CD6AC1"/>
    <w:rsid w:val="00D4306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F8299A"/>
  <w14:defaultImageDpi w14:val="300"/>
  <w15:docId w15:val="{C3918F52-1104-3F41-991A-512176994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DejaVu Sans" w:hAnsi="DejaVu Sans"/>
      <w:color w:val="000000"/>
      <w:sz w:val="2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1349</Words>
  <Characters>6054</Characters>
  <Application>Microsoft Office Word</Application>
  <DocSecurity>0</DocSecurity>
  <Lines>83</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Edie Grossen</cp:lastModifiedBy>
  <cp:revision>2</cp:revision>
  <cp:lastPrinted>2026-10-10T18:35:00Z</cp:lastPrinted>
  <dcterms:created xsi:type="dcterms:W3CDTF">2026-10-10T18:37:00Z</dcterms:created>
  <dcterms:modified xsi:type="dcterms:W3CDTF">2026-10-10T18:37:00Z</dcterms:modified>
  <cp:category/>
</cp:coreProperties>
</file>